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B0D9" w14:textId="77777777" w:rsidR="00F829CB" w:rsidRDefault="00C23778">
      <w:pPr>
        <w:jc w:val="center"/>
      </w:pPr>
      <w:r>
        <w:rPr>
          <w:b/>
          <w:color w:val="1A1A2E"/>
          <w:sz w:val="40"/>
        </w:rPr>
        <w:t>MUHAMMAD HARIS</w:t>
      </w:r>
    </w:p>
    <w:p w14:paraId="5EB95065" w14:textId="77777777" w:rsidR="00F829CB" w:rsidRDefault="00C23778">
      <w:pPr>
        <w:jc w:val="center"/>
      </w:pPr>
      <w:r>
        <w:rPr>
          <w:color w:val="555555"/>
          <w:sz w:val="22"/>
        </w:rPr>
        <w:t>AI Engineer &amp; GHL Automation Specialist | Full-Stack Developer</w:t>
      </w:r>
    </w:p>
    <w:p w14:paraId="064E0B30" w14:textId="77777777" w:rsidR="00F829CB" w:rsidRDefault="00C23778">
      <w:pPr>
        <w:jc w:val="center"/>
      </w:pPr>
      <w:r>
        <w:rPr>
          <w:color w:val="555555"/>
          <w:sz w:val="19"/>
        </w:rPr>
        <w:t>Abbottabad, KPK, Pakistan | 0340 330 0584 | haris1.tech@gmail.com</w:t>
      </w:r>
      <w:r>
        <w:rPr>
          <w:color w:val="555555"/>
          <w:sz w:val="19"/>
        </w:rPr>
        <w:br/>
        <w:t>linkedin.com/in/muhammadharis-tech | github.com/Haris-Ahmed83 | haris.primevoai.com</w:t>
      </w:r>
    </w:p>
    <w:p w14:paraId="7B0FD167" w14:textId="77777777" w:rsidR="00F829CB" w:rsidRDefault="00C23778">
      <w:r>
        <w:rPr>
          <w:b/>
          <w:color w:val="1A1A2E"/>
          <w:sz w:val="24"/>
        </w:rPr>
        <w:t>PROFESSIONAL SUMMARY</w:t>
      </w:r>
      <w:r>
        <w:rPr>
          <w:color w:val="1A1A2E"/>
          <w:sz w:val="12"/>
        </w:rPr>
        <w:br/>
      </w:r>
      <w:r>
        <w:rPr>
          <w:color w:val="1A1A2E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8E159A0" w14:textId="77777777" w:rsidR="00F829CB" w:rsidRDefault="00C23778">
      <w:r>
        <w:t>AI Engineer and GoHighLevel (GHL) Automation Specialist with proven expertise in building production-grade RAG systems, LLM-powered applications, and full-stack web/mobil</w:t>
      </w:r>
      <w:r>
        <w:t>e solutions. Delivered automation systems that booked 30+ calls/month for agencies through intelligent follow-up workflows. Proficient in Python, React, FastAPI, LangChain/LangGraph, Flutter, and cloud-native deployment. Passionate about building zero-cost</w:t>
      </w:r>
      <w:r>
        <w:t>, scalable architectures that drive real business results.</w:t>
      </w:r>
    </w:p>
    <w:p w14:paraId="683816AE" w14:textId="77777777" w:rsidR="00F829CB" w:rsidRDefault="00C23778">
      <w:r>
        <w:rPr>
          <w:b/>
          <w:color w:val="1A1A2E"/>
          <w:sz w:val="24"/>
        </w:rPr>
        <w:t>TECHNICAL SKILLS</w:t>
      </w:r>
      <w:r>
        <w:rPr>
          <w:color w:val="1A1A2E"/>
          <w:sz w:val="12"/>
        </w:rPr>
        <w:br/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ACAFCF5" w14:textId="77777777" w:rsidR="00F829CB" w:rsidRDefault="00C23778">
      <w:r>
        <w:rPr>
          <w:b/>
        </w:rPr>
        <w:t xml:space="preserve">GHL &amp; Automation: </w:t>
      </w:r>
      <w:r>
        <w:t>GoHighLevel (funnels, workflows, CRM, lead gen, booking, follow-ups), n8n, Z</w:t>
      </w:r>
      <w:r>
        <w:t>apier, multi-channel outreach</w:t>
      </w:r>
    </w:p>
    <w:p w14:paraId="6857247C" w14:textId="77777777" w:rsidR="00F829CB" w:rsidRDefault="00C23778">
      <w:r>
        <w:rPr>
          <w:b/>
        </w:rPr>
        <w:t xml:space="preserve">AI &amp; LLMs: </w:t>
      </w:r>
      <w:r>
        <w:t>LangChain, LangGraph, RAG systems, Prompt Engineering, Vector Search (Qdrant, ChromaDB), Groq, OpenAI, Gemini</w:t>
      </w:r>
    </w:p>
    <w:p w14:paraId="721F8EF2" w14:textId="77777777" w:rsidR="00F829CB" w:rsidRDefault="00C23778">
      <w:r>
        <w:rPr>
          <w:b/>
        </w:rPr>
        <w:t xml:space="preserve">Backend: </w:t>
      </w:r>
      <w:r>
        <w:t>Python, FastAPI, REST APIs, WebSockets, PostgreSQL, SQLite, Redis, Celery</w:t>
      </w:r>
    </w:p>
    <w:p w14:paraId="3FBBDB51" w14:textId="77777777" w:rsidR="00F829CB" w:rsidRDefault="00C23778">
      <w:r>
        <w:rPr>
          <w:b/>
        </w:rPr>
        <w:t xml:space="preserve">Frontend: </w:t>
      </w:r>
      <w:r>
        <w:t>React, Next.</w:t>
      </w:r>
      <w:r>
        <w:t>js, TypeScript, TailwindCSS, Vite, HTML/CSS, JavaScript</w:t>
      </w:r>
    </w:p>
    <w:p w14:paraId="24D98094" w14:textId="77777777" w:rsidR="00F829CB" w:rsidRDefault="00C23778">
      <w:r>
        <w:rPr>
          <w:b/>
        </w:rPr>
        <w:t xml:space="preserve">Mobile: </w:t>
      </w:r>
      <w:r>
        <w:t>Flutter, Dart, Firebase, Android/iOS development</w:t>
      </w:r>
    </w:p>
    <w:p w14:paraId="4726728D" w14:textId="77777777" w:rsidR="00F829CB" w:rsidRDefault="00C23778">
      <w:r>
        <w:rPr>
          <w:b/>
        </w:rPr>
        <w:t xml:space="preserve">DevOps &amp; Tools: </w:t>
      </w:r>
      <w:r>
        <w:t>Docker, GitHub Actions, GitHub Container Registry, Vercel, HuggingFace Spaces</w:t>
      </w:r>
    </w:p>
    <w:p w14:paraId="29055B53" w14:textId="77777777" w:rsidR="00F829CB" w:rsidRDefault="00C23778">
      <w:r>
        <w:rPr>
          <w:b/>
        </w:rPr>
        <w:t xml:space="preserve">Other: </w:t>
      </w:r>
      <w:r>
        <w:t>Git, Linux, Web Scraping, Data Processing,</w:t>
      </w:r>
      <w:r>
        <w:t xml:space="preserve"> API Integration, CRM Systems</w:t>
      </w:r>
    </w:p>
    <w:p w14:paraId="4D8D394C" w14:textId="77777777" w:rsidR="00F829CB" w:rsidRDefault="00C23778">
      <w:r>
        <w:rPr>
          <w:b/>
          <w:color w:val="1A1A2E"/>
          <w:sz w:val="24"/>
        </w:rPr>
        <w:t>EXPERIENCE</w:t>
      </w:r>
      <w:r>
        <w:rPr>
          <w:color w:val="1A1A2E"/>
          <w:sz w:val="12"/>
        </w:rPr>
        <w:br/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DDBF0A7" w14:textId="77777777" w:rsidR="00F829CB" w:rsidRDefault="00C23778">
      <w:r>
        <w:rPr>
          <w:b/>
        </w:rPr>
        <w:t>GoHighLevel (GHL) Expert</w:t>
      </w:r>
      <w:r>
        <w:t xml:space="preserve">  |  Cyberx Digital, Abbottabad</w:t>
      </w:r>
      <w:r>
        <w:rPr>
          <w:color w:val="777777"/>
          <w:sz w:val="20"/>
        </w:rPr>
        <w:t xml:space="preserve">  |  Feb 2026 – Present</w:t>
      </w:r>
    </w:p>
    <w:p w14:paraId="39ABFA8E" w14:textId="77777777" w:rsidR="00F829CB" w:rsidRDefault="00C23778">
      <w:pPr>
        <w:pStyle w:val="ListBullet"/>
      </w:pPr>
      <w:r>
        <w:t>Built and deployed GHL automation funnels generati</w:t>
      </w:r>
      <w:r>
        <w:t>ng 31 booked calls in 9 days for a digital marketing agency</w:t>
      </w:r>
    </w:p>
    <w:p w14:paraId="15B7E2CB" w14:textId="77777777" w:rsidR="00F829CB" w:rsidRDefault="00C23778">
      <w:pPr>
        <w:pStyle w:val="ListBullet"/>
      </w:pPr>
      <w:r>
        <w:t>Designed high-converting landing pages with integrated lead capture, CRM pipelines, automated follow-ups, and booking systems</w:t>
      </w:r>
    </w:p>
    <w:p w14:paraId="4A844AFB" w14:textId="77777777" w:rsidR="00F829CB" w:rsidRDefault="00C23778">
      <w:pPr>
        <w:pStyle w:val="ListBullet"/>
      </w:pPr>
      <w:r>
        <w:t>Created multi-channel outreach workflows reducing lead response time f</w:t>
      </w:r>
      <w:r>
        <w:t>rom hours to under 1 minute</w:t>
      </w:r>
    </w:p>
    <w:p w14:paraId="503D52BA" w14:textId="77777777" w:rsidR="00F829CB" w:rsidRDefault="00C23778">
      <w:pPr>
        <w:pStyle w:val="ListBullet"/>
      </w:pPr>
      <w:r>
        <w:t>Developed custom GHL workflow automations: form triggers, smart wait actions, email sequences, opportunity tracking</w:t>
      </w:r>
    </w:p>
    <w:p w14:paraId="5B9B97B7" w14:textId="77777777" w:rsidR="00F829CB" w:rsidRDefault="00C23778">
      <w:pPr>
        <w:pStyle w:val="ListBullet"/>
      </w:pPr>
      <w:r>
        <w:t>Integrated third-party APIs and n8n workflows to extend GHL capabilities for client-specific needs</w:t>
      </w:r>
    </w:p>
    <w:p w14:paraId="7B1821C4" w14:textId="77777777" w:rsidR="00F829CB" w:rsidRDefault="00C23778">
      <w:r>
        <w:rPr>
          <w:b/>
        </w:rPr>
        <w:t>Python Develo</w:t>
      </w:r>
      <w:r>
        <w:rPr>
          <w:b/>
        </w:rPr>
        <w:t>per Intern</w:t>
      </w:r>
      <w:r>
        <w:t xml:space="preserve">  |  Cyberx Digital, Abbottabad</w:t>
      </w:r>
      <w:r>
        <w:rPr>
          <w:color w:val="777777"/>
          <w:sz w:val="20"/>
        </w:rPr>
        <w:t xml:space="preserve">  |  2025 – 2026</w:t>
      </w:r>
    </w:p>
    <w:p w14:paraId="67D457AF" w14:textId="77777777" w:rsidR="00F829CB" w:rsidRDefault="00C23778">
      <w:pPr>
        <w:pStyle w:val="ListBullet"/>
      </w:pPr>
      <w:r>
        <w:t>Developed clean, efficient Python automation scripts for internal tools and client workflows</w:t>
      </w:r>
    </w:p>
    <w:p w14:paraId="5834BB99" w14:textId="77777777" w:rsidR="00F829CB" w:rsidRDefault="00C23778">
      <w:pPr>
        <w:pStyle w:val="ListBullet"/>
      </w:pPr>
      <w:r>
        <w:t>Implemented data processing pipelines, file handling, and basic database integration</w:t>
      </w:r>
    </w:p>
    <w:p w14:paraId="7A0DD36A" w14:textId="77777777" w:rsidR="00F829CB" w:rsidRDefault="00C23778">
      <w:pPr>
        <w:pStyle w:val="ListBullet"/>
      </w:pPr>
      <w:r>
        <w:lastRenderedPageBreak/>
        <w:t>Debugged and optimiz</w:t>
      </w:r>
      <w:r>
        <w:t>ed code following professional coding standards and best practices</w:t>
      </w:r>
    </w:p>
    <w:p w14:paraId="7F748CDB" w14:textId="77777777" w:rsidR="00F829CB" w:rsidRDefault="00C23778">
      <w:pPr>
        <w:pStyle w:val="ListBullet"/>
      </w:pPr>
      <w:r>
        <w:t>Collaborated on AI fundamentals and automation concepts to expand team technical capabilities</w:t>
      </w:r>
    </w:p>
    <w:p w14:paraId="354C976F" w14:textId="77777777" w:rsidR="00F829CB" w:rsidRDefault="00C23778">
      <w:r>
        <w:rPr>
          <w:b/>
          <w:color w:val="1A1A2E"/>
          <w:sz w:val="24"/>
        </w:rPr>
        <w:t>KEY PROJECTS</w:t>
      </w:r>
      <w:r>
        <w:rPr>
          <w:color w:val="1A1A2E"/>
          <w:sz w:val="12"/>
        </w:rPr>
        <w:br/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color w:val="1A1A2E"/>
          <w:sz w:val="12"/>
        </w:rPr>
        <w:t>───</w:t>
      </w:r>
    </w:p>
    <w:p w14:paraId="565A4A20" w14:textId="77777777" w:rsidR="00F829CB" w:rsidRDefault="00C23778">
      <w:r>
        <w:rPr>
          <w:b/>
        </w:rPr>
        <w:t>Production RAG System</w:t>
      </w:r>
      <w:r>
        <w:rPr>
          <w:color w:val="555555"/>
          <w:sz w:val="20"/>
        </w:rPr>
        <w:t xml:space="preserve">  |  LangChain, LangGraph, Qdrant Cloud, Groq, FastAPI, React</w:t>
      </w:r>
    </w:p>
    <w:p w14:paraId="60DA8E6E" w14:textId="77777777" w:rsidR="00F829CB" w:rsidRDefault="00C23778">
      <w:pPr>
        <w:pStyle w:val="ListBullet"/>
      </w:pPr>
      <w:r>
        <w:t>End-to-end RAG pipeline: PDF upload, hybrid search (dense + BM25), cross-encoder reranking, citation-backed LLM responses</w:t>
      </w:r>
    </w:p>
    <w:p w14:paraId="3B9705E0" w14:textId="77777777" w:rsidR="00F829CB" w:rsidRDefault="00C23778">
      <w:pPr>
        <w:pStyle w:val="ListBullet"/>
      </w:pPr>
      <w:r>
        <w:t xml:space="preserve">95%+ accuracy on complex </w:t>
      </w:r>
      <w:r>
        <w:t>multi-document queries — built entirely on $0/month free tiers</w:t>
      </w:r>
    </w:p>
    <w:p w14:paraId="2BC93C24" w14:textId="77777777" w:rsidR="00F829CB" w:rsidRDefault="00C23778">
      <w:pPr>
        <w:pStyle w:val="ListBullet"/>
      </w:pPr>
      <w:r>
        <w:t>Architected with 2-key Groq failover, graceful reranker degradation, and persistent Qdrant Cloud storage</w:t>
      </w:r>
    </w:p>
    <w:p w14:paraId="6214FBC8" w14:textId="77777777" w:rsidR="00F829CB" w:rsidRDefault="00C23778">
      <w:r>
        <w:rPr>
          <w:b/>
        </w:rPr>
        <w:t>Free LLM API Proxy</w:t>
      </w:r>
      <w:r>
        <w:rPr>
          <w:color w:val="555555"/>
          <w:sz w:val="20"/>
        </w:rPr>
        <w:t xml:space="preserve">  |  Python, API Gateway, Rate Limiting, Multi-Provider</w:t>
      </w:r>
    </w:p>
    <w:p w14:paraId="5A0C052A" w14:textId="77777777" w:rsidR="00F829CB" w:rsidRDefault="00C23778">
      <w:pPr>
        <w:pStyle w:val="ListBullet"/>
      </w:pPr>
      <w:r>
        <w:t>Built a unified API proxy/aggregator for multiple LLM providers with rate limiting and automatic failover</w:t>
      </w:r>
    </w:p>
    <w:p w14:paraId="1A2F1079" w14:textId="77777777" w:rsidR="00F829CB" w:rsidRDefault="00C23778">
      <w:pPr>
        <w:pStyle w:val="ListBullet"/>
      </w:pPr>
      <w:r>
        <w:t>Designed for zero-cost deployment, enabling free access to various LLM models through a single</w:t>
      </w:r>
      <w:r>
        <w:t xml:space="preserve"> endpoint</w:t>
      </w:r>
    </w:p>
    <w:p w14:paraId="1A97C13C" w14:textId="77777777" w:rsidR="00F829CB" w:rsidRDefault="00C23778">
      <w:r>
        <w:rPr>
          <w:b/>
        </w:rPr>
        <w:t>AI-Powered Document Summarizer</w:t>
      </w:r>
      <w:r>
        <w:rPr>
          <w:color w:val="555555"/>
          <w:sz w:val="20"/>
        </w:rPr>
        <w:t xml:space="preserve">  |  Python, FastAPI, Google Gemini, NLP</w:t>
      </w:r>
    </w:p>
    <w:p w14:paraId="4ADCD504" w14:textId="77777777" w:rsidR="00F829CB" w:rsidRDefault="00C23778">
      <w:pPr>
        <w:pStyle w:val="ListBullet"/>
      </w:pPr>
      <w:r>
        <w:t>Developed AI-powered document summarization system supporting PDF/text input with multi-language output</w:t>
      </w:r>
    </w:p>
    <w:p w14:paraId="14E4D977" w14:textId="77777777" w:rsidR="00F829CB" w:rsidRDefault="00C23778">
      <w:pPr>
        <w:pStyle w:val="ListBullet"/>
      </w:pPr>
      <w:r>
        <w:t>Implemented entity extraction, PDF/JSON export, and a clean FastAPI bac</w:t>
      </w:r>
      <w:r>
        <w:t>kend</w:t>
      </w:r>
    </w:p>
    <w:p w14:paraId="2A7769FF" w14:textId="77777777" w:rsidR="00F829CB" w:rsidRDefault="00C23778">
      <w:r>
        <w:rPr>
          <w:b/>
        </w:rPr>
        <w:t>GHL Automation Funnel System</w:t>
      </w:r>
      <w:r>
        <w:rPr>
          <w:color w:val="555555"/>
          <w:sz w:val="20"/>
        </w:rPr>
        <w:t xml:space="preserve">  |  GoHighLevel, n8n, CRM</w:t>
      </w:r>
    </w:p>
    <w:p w14:paraId="422A2537" w14:textId="77777777" w:rsidR="00F829CB" w:rsidRDefault="00C23778">
      <w:pPr>
        <w:pStyle w:val="ListBullet"/>
      </w:pPr>
      <w:r>
        <w:t>Complete automation funnel: form submission → lead capture → smart wait → email follow-ups → opportunity creation</w:t>
      </w:r>
    </w:p>
    <w:p w14:paraId="65E2970E" w14:textId="77777777" w:rsidR="00F829CB" w:rsidRDefault="00C23778">
      <w:pPr>
        <w:pStyle w:val="ListBullet"/>
      </w:pPr>
      <w:r>
        <w:t>Reduced manual follow-up workload by 80% and improved lead conversion through syst</w:t>
      </w:r>
      <w:r>
        <w:t>ematic nurturing workflows</w:t>
      </w:r>
    </w:p>
    <w:p w14:paraId="40C9D964" w14:textId="77777777" w:rsidR="00F829CB" w:rsidRDefault="00C23778">
      <w:r>
        <w:rPr>
          <w:b/>
        </w:rPr>
        <w:t>Real-Time Crypto Dashboard</w:t>
      </w:r>
      <w:r>
        <w:rPr>
          <w:color w:val="555555"/>
          <w:sz w:val="20"/>
        </w:rPr>
        <w:t xml:space="preserve">  |  React, TypeScript, Node.js, WebSocket, Chart, Binance API</w:t>
      </w:r>
    </w:p>
    <w:p w14:paraId="1AA59AFC" w14:textId="77777777" w:rsidR="00F829CB" w:rsidRDefault="00C23778">
      <w:pPr>
        <w:pStyle w:val="ListBullet"/>
      </w:pPr>
      <w:r>
        <w:t>Real-time dashboard with live WebSocket streaming from Binance API for portfolio tracking and market analysis</w:t>
      </w:r>
    </w:p>
    <w:p w14:paraId="5E377E3A" w14:textId="77777777" w:rsidR="00F829CB" w:rsidRDefault="00C23778">
      <w:pPr>
        <w:pStyle w:val="ListBullet"/>
      </w:pPr>
      <w:r>
        <w:t>Built with modern React + Type</w:t>
      </w:r>
      <w:r>
        <w:t>Script stack and interactive charting for data visualization</w:t>
      </w:r>
    </w:p>
    <w:p w14:paraId="11F25841" w14:textId="77777777" w:rsidR="00F829CB" w:rsidRDefault="00C23778">
      <w:r>
        <w:rPr>
          <w:b/>
          <w:color w:val="1A1A2E"/>
          <w:sz w:val="24"/>
        </w:rPr>
        <w:t>EDUCATION</w:t>
      </w:r>
      <w:r>
        <w:rPr>
          <w:color w:val="1A1A2E"/>
          <w:sz w:val="12"/>
        </w:rPr>
        <w:br/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19307FA5" w14:textId="77777777" w:rsidR="00F829CB" w:rsidRDefault="00C23778">
      <w:r>
        <w:rPr>
          <w:b/>
        </w:rPr>
        <w:t>Bachelor of Science in Computer Science (In Progress)</w:t>
      </w:r>
    </w:p>
    <w:p w14:paraId="749DA219" w14:textId="37595733" w:rsidR="00F829CB" w:rsidRDefault="00C23778">
      <w:r>
        <w:t xml:space="preserve">Abbottabad University </w:t>
      </w:r>
      <w:proofErr w:type="gramStart"/>
      <w:r>
        <w:t>Of</w:t>
      </w:r>
      <w:proofErr w:type="gramEnd"/>
      <w:r>
        <w:t xml:space="preserve"> Science And Technology</w:t>
      </w:r>
    </w:p>
    <w:p w14:paraId="5E608C05" w14:textId="77777777" w:rsidR="00F829CB" w:rsidRDefault="00C23778">
      <w:r>
        <w:rPr>
          <w:b/>
          <w:color w:val="1A1A2E"/>
          <w:sz w:val="24"/>
        </w:rPr>
        <w:t>ACHIEVEMENTS &amp; METRICS</w:t>
      </w:r>
      <w:r>
        <w:rPr>
          <w:color w:val="1A1A2E"/>
          <w:sz w:val="12"/>
        </w:rPr>
        <w:br/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8E88E3C" w14:textId="77777777" w:rsidR="00F829CB" w:rsidRDefault="00C23778">
      <w:pPr>
        <w:pStyle w:val="ListBullet"/>
      </w:pPr>
      <w:r>
        <w:t>31 booked calls in 9 days — GHL follow-up workflow for a digital marketing agency</w:t>
      </w:r>
    </w:p>
    <w:p w14:paraId="4CA55549" w14:textId="77777777" w:rsidR="00F829CB" w:rsidRDefault="00C23778">
      <w:pPr>
        <w:pStyle w:val="ListBullet"/>
      </w:pPr>
      <w:r>
        <w:t>95%+ accuracy on production RAG system for complex multi</w:t>
      </w:r>
      <w:r>
        <w:t>-document queries</w:t>
      </w:r>
    </w:p>
    <w:p w14:paraId="7DC5A1EA" w14:textId="77777777" w:rsidR="00F829CB" w:rsidRDefault="00C23778">
      <w:pPr>
        <w:pStyle w:val="ListBullet"/>
      </w:pPr>
      <w:r>
        <w:t>Response time reduced from hours to under 1 minute via AI-powered lead qualification</w:t>
      </w:r>
    </w:p>
    <w:p w14:paraId="21E18A64" w14:textId="77777777" w:rsidR="00F829CB" w:rsidRDefault="00C23778">
      <w:pPr>
        <w:pStyle w:val="ListBullet"/>
      </w:pPr>
      <w:r>
        <w:t>$0/month infrastructure cost — full production system running entirely on free tiers</w:t>
      </w:r>
    </w:p>
    <w:p w14:paraId="6486E5E2" w14:textId="77777777" w:rsidR="00F829CB" w:rsidRDefault="00C23778">
      <w:pPr>
        <w:pStyle w:val="ListBullet"/>
      </w:pPr>
      <w:r>
        <w:t>170+ GitHub repositories demonstrating consistent development activi</w:t>
      </w:r>
      <w:r>
        <w:t>ty and open-source contribution</w:t>
      </w:r>
    </w:p>
    <w:p w14:paraId="262DFADA" w14:textId="77777777" w:rsidR="00F829CB" w:rsidRDefault="00C23778">
      <w:r>
        <w:rPr>
          <w:b/>
          <w:color w:val="1A1A2E"/>
          <w:sz w:val="24"/>
        </w:rPr>
        <w:lastRenderedPageBreak/>
        <w:t>LANGUAGES</w:t>
      </w:r>
      <w:r>
        <w:rPr>
          <w:color w:val="1A1A2E"/>
          <w:sz w:val="12"/>
        </w:rPr>
        <w:br/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CFD3850" w14:textId="77777777" w:rsidR="00F829CB" w:rsidRDefault="00C23778">
      <w:r>
        <w:rPr>
          <w:b/>
        </w:rPr>
        <w:t>Urdu</w:t>
      </w:r>
      <w:r>
        <w:t xml:space="preserve">  —  Native</w:t>
      </w:r>
    </w:p>
    <w:p w14:paraId="29663AF7" w14:textId="77777777" w:rsidR="00F829CB" w:rsidRDefault="00C23778">
      <w:r>
        <w:rPr>
          <w:b/>
        </w:rPr>
        <w:t>English</w:t>
      </w:r>
      <w:r>
        <w:t xml:space="preserve">  —  Professional working proficiency</w:t>
      </w:r>
    </w:p>
    <w:p w14:paraId="51F0F0C4" w14:textId="16F925AD" w:rsidR="00F829CB" w:rsidRDefault="00F829CB"/>
    <w:sectPr w:rsidR="00F829CB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47D0C"/>
    <w:rsid w:val="00447783"/>
    <w:rsid w:val="00AA1D8D"/>
    <w:rsid w:val="00B47730"/>
    <w:rsid w:val="00C23778"/>
    <w:rsid w:val="00CB0664"/>
    <w:rsid w:val="00F829C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340EC3"/>
  <w14:defaultImageDpi w14:val="300"/>
  <w15:docId w15:val="{3D76BD8A-DBE8-4BE3-B4BC-6D99A1111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333333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Haris</dc:creator>
  <cp:keywords/>
  <dc:description>generated by python-docx</dc:description>
  <cp:lastModifiedBy>its Hxrry</cp:lastModifiedBy>
  <cp:revision>4</cp:revision>
  <dcterms:created xsi:type="dcterms:W3CDTF">2013-12-23T23:15:00Z</dcterms:created>
  <dcterms:modified xsi:type="dcterms:W3CDTF">2026-07-18T06:10:00Z</dcterms:modified>
  <cp:category/>
</cp:coreProperties>
</file>